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color w:val="1F4E79"/>
          <w:sz w:val="36"/>
        </w:rPr>
        <w:t>BELAITER ADAM</w:t>
        <w:br/>
      </w:r>
      <w:r>
        <w:rPr>
          <w:b/>
          <w:color w:val="282828"/>
          <w:sz w:val="21"/>
        </w:rPr>
        <w:t>TECHNICIEN SPÉCIALISÉ EN DÉVELOPPEMENT INFORMATIQUE</w:t>
        <w:br/>
      </w:r>
    </w:p>
    <w:p>
      <w:pPr>
        <w:spacing w:before="0" w:after="120"/>
        <w:jc w:val="center"/>
      </w:pPr>
      <w:r>
        <w:rPr>
          <w:color w:val="646464"/>
          <w:sz w:val="18"/>
        </w:rPr>
        <w:t>Rabat, Maroc  |  0629162346  |  adambelaiter.007@gmail.com</w:t>
        <w:br/>
        <w:t>LinkedIn: linkedin.com/in/adam-belaiter-54145a430  |  GitHub: github.com/AdamBel-Dev</w:t>
      </w:r>
    </w:p>
    <w:p>
      <w:pPr>
        <w:keepNext/>
        <w:spacing w:before="160" w:after="60"/>
        <w:pBdr>
          <w:bottom w:val="single" w:sz="8" w:space="2" w:color="1F4E79"/>
        </w:pBdr>
      </w:pPr>
      <w:r>
        <w:rPr>
          <w:b/>
          <w:color w:val="1F4E79"/>
          <w:sz w:val="21"/>
        </w:rPr>
        <w:t>PROFIL PROFESSIONNEL</w:t>
      </w:r>
    </w:p>
    <w:p>
      <w:pPr>
        <w:spacing w:after="80" w:line="276" w:lineRule="auto"/>
      </w:pPr>
      <w:r>
        <w:t>Étudiant en formation de Technicien Spécialisé en Développement Informatique, passionné par la programmation et la conception d’applications. Possédant de solides compétences en développement logiciel, développement web, bases de données et modélisation UML/Merise. Curieux, motivé et désireux de mettre mes compétences en pratique au sein d'une équipe dynamique.</w:t>
      </w:r>
    </w:p>
    <w:p>
      <w:pPr>
        <w:keepNext/>
        <w:spacing w:before="160" w:after="60"/>
        <w:pBdr>
          <w:bottom w:val="single" w:sz="8" w:space="2" w:color="1F4E79"/>
        </w:pBdr>
      </w:pPr>
      <w:r>
        <w:rPr>
          <w:b/>
          <w:color w:val="1F4E79"/>
          <w:sz w:val="21"/>
        </w:rPr>
        <w:t>COMPÉTENCES TECHNIQUES</w:t>
      </w:r>
    </w:p>
    <w:p>
      <w:pPr>
        <w:spacing w:after="40"/>
        <w:ind w:left="216"/>
      </w:pPr>
      <w:r>
        <w:rPr>
          <w:b/>
          <w:color w:val="282828"/>
        </w:rPr>
        <w:t xml:space="preserve">•  Langages de programmation : </w:t>
      </w:r>
      <w:r>
        <w:t>C, Python, Java, VB.NET, PHP</w:t>
      </w:r>
    </w:p>
    <w:p>
      <w:pPr>
        <w:spacing w:after="40"/>
        <w:ind w:left="216"/>
      </w:pPr>
      <w:r>
        <w:rPr>
          <w:b/>
          <w:color w:val="282828"/>
        </w:rPr>
        <w:t xml:space="preserve">•  Développement Web : </w:t>
      </w:r>
      <w:r>
        <w:t>HTML, CSS, JavaScript</w:t>
      </w:r>
    </w:p>
    <w:p>
      <w:pPr>
        <w:spacing w:after="40"/>
        <w:ind w:left="216"/>
      </w:pPr>
      <w:r>
        <w:rPr>
          <w:b/>
          <w:color w:val="282828"/>
        </w:rPr>
        <w:t xml:space="preserve">•  Bases de données : </w:t>
      </w:r>
      <w:r>
        <w:t>SQL Server, MySQL (MySQL Workbench)</w:t>
      </w:r>
    </w:p>
    <w:p>
      <w:pPr>
        <w:spacing w:after="40"/>
        <w:ind w:left="216"/>
      </w:pPr>
      <w:r>
        <w:rPr>
          <w:b/>
          <w:color w:val="282828"/>
        </w:rPr>
        <w:t xml:space="preserve">•  Outils &amp; Environnements : </w:t>
      </w:r>
      <w:r>
        <w:t>Visual Studio, Visual Studio Code, Git, GitHub</w:t>
      </w:r>
    </w:p>
    <w:p>
      <w:pPr>
        <w:spacing w:after="40"/>
        <w:ind w:left="216"/>
      </w:pPr>
      <w:r>
        <w:rPr>
          <w:b/>
          <w:color w:val="282828"/>
        </w:rPr>
        <w:t xml:space="preserve">•  Modélisation : </w:t>
      </w:r>
      <w:r>
        <w:t>UML, Merise</w:t>
      </w:r>
    </w:p>
    <w:p>
      <w:pPr>
        <w:keepNext/>
        <w:spacing w:before="160" w:after="60"/>
        <w:pBdr>
          <w:bottom w:val="single" w:sz="8" w:space="2" w:color="1F4E79"/>
        </w:pBdr>
      </w:pPr>
      <w:r>
        <w:rPr>
          <w:b/>
          <w:color w:val="1F4E79"/>
          <w:sz w:val="21"/>
        </w:rPr>
        <w:t>PROJETS &amp; PORTFOLIO</w:t>
      </w:r>
    </w:p>
    <w:p>
      <w:pPr>
        <w:keepNext/>
        <w:spacing w:after="20"/>
      </w:pPr>
      <w:r>
        <w:rPr>
          <w:b/>
        </w:rPr>
        <w:t>TIMYRIWIN — Site Web Dynamique de Gestion des Réservations d'Événements</w:t>
      </w:r>
    </w:p>
    <w:p>
      <w:pPr>
        <w:spacing w:after="30"/>
        <w:ind w:left="360"/>
      </w:pPr>
      <w:r>
        <w:t>•  Conception et développement d'une plateforme web dynamique dédiée à la gestion et à la réservation d'événements.</w:t>
      </w:r>
    </w:p>
    <w:p>
      <w:pPr>
        <w:spacing w:after="30"/>
        <w:ind w:left="360"/>
      </w:pPr>
      <w:r>
        <w:t>•  Réalisation de l'interface utilisateur responsive à l'aide de HTML, CSS et JavaScript.</w:t>
      </w:r>
    </w:p>
    <w:p>
      <w:pPr>
        <w:spacing w:after="30"/>
        <w:ind w:left="360"/>
      </w:pPr>
      <w:r>
        <w:t>•  Mise en œuvre de la logique métier backend et du traitement du flux de réservation en PHP.</w:t>
      </w:r>
    </w:p>
    <w:p>
      <w:pPr>
        <w:spacing w:after="30"/>
        <w:ind w:left="360"/>
      </w:pPr>
      <w:r>
        <w:t>•  Modélisation, création et administration de la base de données relationnelle sous MySQL Workbench.</w:t>
      </w:r>
    </w:p>
    <w:p>
      <w:pPr>
        <w:spacing w:before="60" w:after="40"/>
        <w:ind w:left="216"/>
      </w:pPr>
      <w:r>
        <w:rPr>
          <w:b/>
        </w:rPr>
        <w:t xml:space="preserve">•  Portfolio en ligne : </w:t>
      </w:r>
      <w:r>
        <w:rPr>
          <w:color w:val="1F4E79"/>
        </w:rPr>
        <w:t>https://adambel-dev.github.io/BELAITER_Adam_Portfolio/</w:t>
      </w:r>
    </w:p>
    <w:p>
      <w:pPr>
        <w:keepNext/>
        <w:spacing w:before="160" w:after="60"/>
        <w:pBdr>
          <w:bottom w:val="single" w:sz="8" w:space="2" w:color="1F4E79"/>
        </w:pBdr>
      </w:pPr>
      <w:r>
        <w:rPr>
          <w:b/>
          <w:color w:val="1F4E79"/>
          <w:sz w:val="21"/>
        </w:rPr>
        <w:t>FORMATION</w:t>
      </w:r>
    </w:p>
    <w:p>
      <w:pPr>
        <w:tabs>
          <w:tab w:pos="10800" w:val="right"/>
        </w:tabs>
        <w:spacing w:after="40"/>
      </w:pPr>
      <w:r>
        <w:rPr>
          <w:b/>
        </w:rPr>
        <w:t>•  Technicien Spécialisé en Développement Informatique</w:t>
      </w:r>
      <w:r>
        <w:t xml:space="preserve"> | MIAGE – Rabat Menzeh</w:t>
      </w:r>
      <w:r>
        <w:rPr>
          <w:color w:val="646464"/>
        </w:rPr>
        <w:tab/>
        <w:t>09/2024 – 09/2026</w:t>
      </w:r>
    </w:p>
    <w:p>
      <w:pPr>
        <w:tabs>
          <w:tab w:pos="10800" w:val="right"/>
        </w:tabs>
        <w:spacing w:after="40"/>
      </w:pPr>
      <w:r>
        <w:rPr>
          <w:b/>
        </w:rPr>
        <w:t>•  Baccalauréat en Sciences Physiques (Option Français)</w:t>
      </w:r>
      <w:r>
        <w:t xml:space="preserve"> | Rabat, Maroc</w:t>
      </w:r>
      <w:r>
        <w:rPr>
          <w:color w:val="646464"/>
        </w:rPr>
        <w:tab/>
        <w:t>2023 – 2024</w:t>
      </w:r>
    </w:p>
    <w:p>
      <w:pPr>
        <w:keepNext/>
        <w:spacing w:before="160" w:after="60"/>
        <w:pBdr>
          <w:bottom w:val="single" w:sz="8" w:space="2" w:color="1F4E79"/>
        </w:pBdr>
      </w:pPr>
      <w:r>
        <w:rPr>
          <w:b/>
          <w:color w:val="1F4E79"/>
          <w:sz w:val="21"/>
        </w:rPr>
        <w:t>CERTIFICATIONS</w:t>
      </w:r>
    </w:p>
    <w:p>
      <w:pPr>
        <w:spacing w:after="30"/>
        <w:ind w:left="216"/>
      </w:pPr>
      <w:r>
        <w:t>•  IBM SkillsBuild — Make Agentic AI Work for You</w:t>
      </w:r>
    </w:p>
    <w:p>
      <w:pPr>
        <w:spacing w:after="30"/>
        <w:ind w:left="216"/>
      </w:pPr>
      <w:r>
        <w:t>•  IBM SkillsBuild — AI Fundamentals: Foundations for Understanding AI</w:t>
      </w:r>
    </w:p>
    <w:p>
      <w:pPr>
        <w:spacing w:after="30"/>
        <w:ind w:left="216"/>
      </w:pPr>
      <w:r>
        <w:t>•  IBM SkillsBuild — Code Generation and Optimization Using IBM Granite</w:t>
      </w:r>
    </w:p>
    <w:p>
      <w:pPr>
        <w:keepNext/>
        <w:spacing w:before="160" w:after="60"/>
        <w:pBdr>
          <w:bottom w:val="single" w:sz="8" w:space="2" w:color="1F4E79"/>
        </w:pBdr>
      </w:pPr>
      <w:r>
        <w:rPr>
          <w:b/>
          <w:color w:val="1F4E79"/>
          <w:sz w:val="21"/>
        </w:rPr>
        <w:t>LANGUES</w:t>
      </w:r>
    </w:p>
    <w:p>
      <w:pPr>
        <w:spacing w:after="0"/>
        <w:ind w:left="216"/>
      </w:pPr>
      <w:r>
        <w:rPr>
          <w:b/>
        </w:rPr>
        <w:t xml:space="preserve">•  Arabe : </w:t>
      </w:r>
      <w:r>
        <w:t xml:space="preserve">Langue maternelle    |    </w:t>
      </w:r>
      <w:r>
        <w:rPr>
          <w:b/>
        </w:rPr>
        <w:t xml:space="preserve">•  Français : </w:t>
      </w:r>
      <w:r>
        <w:t xml:space="preserve">Niveau B2    |    </w:t>
      </w:r>
      <w:r>
        <w:rPr>
          <w:b/>
        </w:rPr>
        <w:t xml:space="preserve">•  Anglais : </w:t>
      </w:r>
      <w:r>
        <w:t>Niveau B1</w:t>
      </w:r>
    </w:p>
    <w:sectPr w:rsidR="00FC693F" w:rsidRPr="0006063C" w:rsidSect="00034616">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8282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